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930"/>
      </w:tblGrid>
      <w:tr w:rsidR="00EF057C" w14:paraId="0BEAECF8" w14:textId="77777777">
        <w:trPr>
          <w:jc w:val="center"/>
        </w:trPr>
        <w:tc>
          <w:tcPr>
            <w:tcW w:w="15930" w:type="dxa"/>
            <w:shd w:val="clear" w:color="auto" w:fill="17365D"/>
            <w:tcMar>
              <w:top w:w="110" w:type="dxa"/>
              <w:left w:w="100" w:type="dxa"/>
              <w:bottom w:w="105" w:type="dxa"/>
              <w:right w:w="100" w:type="dxa"/>
            </w:tcMar>
          </w:tcPr>
          <w:p w14:paraId="7AA9F105" w14:textId="77777777" w:rsidR="00EF057C" w:rsidRDefault="000B41D9">
            <w:pPr>
              <w:spacing w:after="20" w:line="228" w:lineRule="auto"/>
              <w:jc w:val="center"/>
            </w:pPr>
            <w:r>
              <w:rPr>
                <w:b/>
                <w:color w:val="FFFFFF"/>
                <w:sz w:val="19"/>
              </w:rPr>
              <w:t xml:space="preserve">SINGAPORE XIANGQI GENERAL ASSOCIATION (SIXGA) / </w:t>
            </w:r>
            <w:r>
              <w:rPr>
                <w:b/>
                <w:color w:val="FFFFFF"/>
                <w:sz w:val="19"/>
              </w:rPr>
              <w:t>新加坡象棋总会</w:t>
            </w:r>
          </w:p>
          <w:p w14:paraId="64903916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color w:val="FFFFFF"/>
                <w:sz w:val="30"/>
              </w:rPr>
              <w:t>WORLD XIANGQI TOURNAMENT SERIES 2026 – TEAM ENTRY FORM</w:t>
            </w:r>
            <w:r>
              <w:br/>
            </w:r>
            <w:r>
              <w:rPr>
                <w:b/>
                <w:color w:val="FFFFFF"/>
                <w:sz w:val="25"/>
              </w:rPr>
              <w:t>2026</w:t>
            </w:r>
            <w:r>
              <w:rPr>
                <w:b/>
                <w:color w:val="FFFFFF"/>
                <w:sz w:val="25"/>
              </w:rPr>
              <w:t>世界象棋公开赛系列－团体报名表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841"/>
        <w:gridCol w:w="89"/>
      </w:tblGrid>
      <w:tr w:rsidR="00EF057C" w14:paraId="4144B8A7" w14:textId="77777777">
        <w:trPr>
          <w:jc w:val="center"/>
        </w:trPr>
        <w:tc>
          <w:tcPr>
            <w:tcW w:w="15930" w:type="dxa"/>
            <w:gridSpan w:val="2"/>
            <w:shd w:val="clear" w:color="auto" w:fill="C69A3A"/>
            <w:tcMar>
              <w:top w:w="12" w:type="dxa"/>
              <w:left w:w="0" w:type="dxa"/>
              <w:bottom w:w="12" w:type="dxa"/>
              <w:right w:w="0" w:type="dxa"/>
            </w:tcMar>
          </w:tcPr>
          <w:p w14:paraId="4E918FC1" w14:textId="77777777" w:rsidR="00EF057C" w:rsidRDefault="00EF057C"/>
        </w:tc>
      </w:tr>
      <w:tr w:rsidR="00EF057C" w14:paraId="20EE378F" w14:textId="77777777">
        <w:trPr>
          <w:gridAfter w:val="1"/>
          <w:wAfter w:w="90" w:type="dxa"/>
          <w:jc w:val="center"/>
        </w:trPr>
        <w:tc>
          <w:tcPr>
            <w:tcW w:w="15930" w:type="dxa"/>
            <w:tcBorders>
              <w:top w:val="single" w:sz="8" w:space="0" w:color="17365D"/>
              <w:left w:val="single" w:sz="8" w:space="0" w:color="17365D"/>
              <w:bottom w:val="single" w:sz="8" w:space="0" w:color="17365D"/>
              <w:right w:val="single" w:sz="8" w:space="0" w:color="17365D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46CBAD5" w14:textId="77777777" w:rsidR="00EF057C" w:rsidRDefault="000B41D9">
            <w:pPr>
              <w:spacing w:after="20" w:line="228" w:lineRule="auto"/>
            </w:pPr>
            <w:r>
              <w:rPr>
                <w:b/>
                <w:color w:val="17365D"/>
              </w:rPr>
              <w:t xml:space="preserve">SUBMISSION / </w:t>
            </w:r>
            <w:r>
              <w:rPr>
                <w:b/>
                <w:color w:val="17365D"/>
              </w:rPr>
              <w:t>提交方式</w:t>
            </w:r>
          </w:p>
          <w:p w14:paraId="5A4840E3" w14:textId="77777777" w:rsidR="00EF057C" w:rsidRDefault="000B41D9">
            <w:pPr>
              <w:spacing w:after="0" w:line="228" w:lineRule="auto"/>
            </w:pPr>
            <w:r>
              <w:t xml:space="preserve">Please complete and sign this form, then return the completed form by email to </w:t>
            </w:r>
            <w:r>
              <w:rPr>
                <w:b/>
                <w:color w:val="17365D"/>
                <w:u w:val="single"/>
              </w:rPr>
              <w:t>wxo2026@xiangqi.sg</w:t>
            </w:r>
            <w:r>
              <w:t xml:space="preserve">, with a copy (CC) to </w:t>
            </w:r>
            <w:r>
              <w:rPr>
                <w:b/>
                <w:color w:val="17365D"/>
                <w:u w:val="single"/>
              </w:rPr>
              <w:t>admin@xiangqi.sg</w:t>
            </w:r>
            <w:r>
              <w:t>.</w:t>
            </w:r>
            <w:r>
              <w:br/>
            </w:r>
            <w:r>
              <w:t>请完整填写并签署本表格，并将填妥的表格电邮至</w:t>
            </w:r>
            <w:r>
              <w:t xml:space="preserve"> </w:t>
            </w:r>
            <w:r>
              <w:rPr>
                <w:b/>
                <w:color w:val="17365D"/>
                <w:u w:val="single"/>
              </w:rPr>
              <w:t>wxo2026@xiangqi.sg</w:t>
            </w:r>
            <w:r>
              <w:t>，同时抄送（</w:t>
            </w:r>
            <w:r>
              <w:t>CC</w:t>
            </w:r>
            <w:r>
              <w:t>）至</w:t>
            </w:r>
            <w:r>
              <w:t xml:space="preserve"> </w:t>
            </w:r>
            <w:r>
              <w:rPr>
                <w:b/>
                <w:color w:val="17365D"/>
                <w:u w:val="single"/>
              </w:rPr>
              <w:t>admin@xiangqi.sg</w:t>
            </w:r>
            <w:r>
              <w:t>。</w:t>
            </w:r>
          </w:p>
        </w:tc>
      </w:tr>
    </w:tbl>
    <w:p w14:paraId="6DD61C6C" w14:textId="77777777" w:rsidR="00EF057C" w:rsidRDefault="000B41D9">
      <w:pPr>
        <w:spacing w:before="40" w:after="40" w:line="228" w:lineRule="auto"/>
      </w:pPr>
      <w:r>
        <w:rPr>
          <w:b/>
        </w:rPr>
        <w:t xml:space="preserve">Please complete the section applicable to your team and provide all player information in full. / </w:t>
      </w:r>
      <w:r>
        <w:rPr>
          <w:b/>
        </w:rPr>
        <w:t>请填写适用于贵队的组别，并完整提供所有参赛棋手资料。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30"/>
        <w:gridCol w:w="1757"/>
        <w:gridCol w:w="1757"/>
        <w:gridCol w:w="1984"/>
        <w:gridCol w:w="1587"/>
        <w:gridCol w:w="1587"/>
        <w:gridCol w:w="1247"/>
        <w:gridCol w:w="2721"/>
      </w:tblGrid>
      <w:tr w:rsidR="00EF057C" w14:paraId="66E5CD8E" w14:textId="77777777">
        <w:trPr>
          <w:jc w:val="center"/>
        </w:trPr>
        <w:tc>
          <w:tcPr>
            <w:tcW w:w="1530" w:type="dxa"/>
            <w:tcBorders>
              <w:top w:val="single" w:sz="6" w:space="0" w:color="7F8C9A"/>
              <w:left w:val="single" w:sz="6" w:space="0" w:color="7F8C9A"/>
              <w:bottom w:val="single" w:sz="6" w:space="0" w:color="7F8C9A"/>
              <w:right w:val="single" w:sz="6" w:space="0" w:color="7F8C9A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D5345" w14:textId="77777777" w:rsidR="00EF057C" w:rsidRDefault="000B41D9">
            <w:pPr>
              <w:spacing w:after="0" w:line="216" w:lineRule="auto"/>
            </w:pPr>
            <w:r>
              <w:rPr>
                <w:b/>
                <w:sz w:val="15"/>
              </w:rPr>
              <w:t xml:space="preserve">Team Name / </w:t>
            </w:r>
            <w:r>
              <w:rPr>
                <w:b/>
                <w:sz w:val="15"/>
              </w:rPr>
              <w:t>队名</w:t>
            </w:r>
          </w:p>
        </w:tc>
        <w:tc>
          <w:tcPr>
            <w:tcW w:w="1757" w:type="dxa"/>
            <w:tcBorders>
              <w:top w:val="single" w:sz="6" w:space="0" w:color="7F8C9A"/>
              <w:left w:val="single" w:sz="6" w:space="0" w:color="7F8C9A"/>
              <w:bottom w:val="single" w:sz="6" w:space="0" w:color="7F8C9A"/>
              <w:right w:val="single" w:sz="6" w:space="0" w:color="7F8C9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0579A" w14:textId="77777777" w:rsidR="00EF057C" w:rsidRDefault="00EF057C"/>
        </w:tc>
        <w:tc>
          <w:tcPr>
            <w:tcW w:w="1757" w:type="dxa"/>
            <w:tcBorders>
              <w:top w:val="single" w:sz="6" w:space="0" w:color="7F8C9A"/>
              <w:left w:val="single" w:sz="6" w:space="0" w:color="7F8C9A"/>
              <w:bottom w:val="single" w:sz="6" w:space="0" w:color="7F8C9A"/>
              <w:right w:val="single" w:sz="6" w:space="0" w:color="7F8C9A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DB178" w14:textId="77777777" w:rsidR="00EF057C" w:rsidRDefault="000B41D9">
            <w:pPr>
              <w:spacing w:after="0" w:line="216" w:lineRule="auto"/>
            </w:pPr>
            <w:r>
              <w:rPr>
                <w:b/>
                <w:sz w:val="15"/>
              </w:rPr>
              <w:t xml:space="preserve">Team Representative / </w:t>
            </w:r>
            <w:r>
              <w:rPr>
                <w:b/>
                <w:sz w:val="15"/>
              </w:rPr>
              <w:t>队伍代表</w:t>
            </w:r>
          </w:p>
        </w:tc>
        <w:tc>
          <w:tcPr>
            <w:tcW w:w="1984" w:type="dxa"/>
            <w:tcBorders>
              <w:top w:val="single" w:sz="6" w:space="0" w:color="7F8C9A"/>
              <w:left w:val="single" w:sz="6" w:space="0" w:color="7F8C9A"/>
              <w:bottom w:val="single" w:sz="6" w:space="0" w:color="7F8C9A"/>
              <w:right w:val="single" w:sz="6" w:space="0" w:color="7F8C9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E329E" w14:textId="77777777" w:rsidR="00EF057C" w:rsidRDefault="00EF057C"/>
        </w:tc>
        <w:tc>
          <w:tcPr>
            <w:tcW w:w="1587" w:type="dxa"/>
            <w:tcBorders>
              <w:top w:val="single" w:sz="6" w:space="0" w:color="7F8C9A"/>
              <w:left w:val="single" w:sz="6" w:space="0" w:color="7F8C9A"/>
              <w:bottom w:val="single" w:sz="6" w:space="0" w:color="7F8C9A"/>
              <w:right w:val="single" w:sz="6" w:space="0" w:color="7F8C9A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8B210" w14:textId="77777777" w:rsidR="00EF057C" w:rsidRDefault="000B41D9">
            <w:pPr>
              <w:spacing w:after="0" w:line="216" w:lineRule="auto"/>
            </w:pPr>
            <w:r>
              <w:rPr>
                <w:b/>
                <w:sz w:val="15"/>
              </w:rPr>
              <w:t xml:space="preserve">Contact No. / </w:t>
            </w:r>
            <w:r>
              <w:rPr>
                <w:b/>
                <w:sz w:val="15"/>
              </w:rPr>
              <w:t>联系号码</w:t>
            </w:r>
          </w:p>
        </w:tc>
        <w:tc>
          <w:tcPr>
            <w:tcW w:w="1587" w:type="dxa"/>
            <w:tcBorders>
              <w:top w:val="single" w:sz="6" w:space="0" w:color="7F8C9A"/>
              <w:left w:val="single" w:sz="6" w:space="0" w:color="7F8C9A"/>
              <w:bottom w:val="single" w:sz="6" w:space="0" w:color="7F8C9A"/>
              <w:right w:val="single" w:sz="6" w:space="0" w:color="7F8C9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3E168" w14:textId="77777777" w:rsidR="00EF057C" w:rsidRDefault="00EF057C"/>
        </w:tc>
        <w:tc>
          <w:tcPr>
            <w:tcW w:w="1247" w:type="dxa"/>
            <w:tcBorders>
              <w:top w:val="single" w:sz="6" w:space="0" w:color="7F8C9A"/>
              <w:left w:val="single" w:sz="6" w:space="0" w:color="7F8C9A"/>
              <w:bottom w:val="single" w:sz="6" w:space="0" w:color="7F8C9A"/>
              <w:right w:val="single" w:sz="6" w:space="0" w:color="7F8C9A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B4B91" w14:textId="77777777" w:rsidR="00EF057C" w:rsidRDefault="000B41D9">
            <w:pPr>
              <w:spacing w:after="0" w:line="216" w:lineRule="auto"/>
            </w:pPr>
            <w:r>
              <w:rPr>
                <w:b/>
                <w:sz w:val="15"/>
              </w:rPr>
              <w:t xml:space="preserve">Email / </w:t>
            </w:r>
            <w:r>
              <w:rPr>
                <w:b/>
                <w:sz w:val="15"/>
              </w:rPr>
              <w:t>电邮</w:t>
            </w:r>
          </w:p>
        </w:tc>
        <w:tc>
          <w:tcPr>
            <w:tcW w:w="2721" w:type="dxa"/>
            <w:tcBorders>
              <w:top w:val="single" w:sz="6" w:space="0" w:color="7F8C9A"/>
              <w:left w:val="single" w:sz="6" w:space="0" w:color="7F8C9A"/>
              <w:bottom w:val="single" w:sz="6" w:space="0" w:color="7F8C9A"/>
              <w:right w:val="single" w:sz="6" w:space="0" w:color="7F8C9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ECC06" w14:textId="77777777" w:rsidR="00EF057C" w:rsidRDefault="00EF057C"/>
        </w:tc>
      </w:tr>
    </w:tbl>
    <w:p w14:paraId="190BB673" w14:textId="77777777" w:rsidR="00EF057C" w:rsidRDefault="000B41D9">
      <w:pPr>
        <w:spacing w:before="40" w:after="40" w:line="228" w:lineRule="auto"/>
      </w:pPr>
      <w:r>
        <w:rPr>
          <w:b/>
        </w:rPr>
        <w:t xml:space="preserve">Team Category / </w:t>
      </w:r>
      <w:r>
        <w:rPr>
          <w:b/>
        </w:rPr>
        <w:t>参赛组别：</w:t>
      </w:r>
      <w:r>
        <w:rPr>
          <w:b/>
        </w:rPr>
        <w:t xml:space="preserve">  </w:t>
      </w:r>
      <w:r>
        <w:t xml:space="preserve">□ Men's Open Team (3 players) / </w:t>
      </w:r>
      <w:r>
        <w:t>男子公开组团体（</w:t>
      </w:r>
      <w:r>
        <w:t>3</w:t>
      </w:r>
      <w:r>
        <w:t>名棋手）</w:t>
      </w:r>
      <w:r>
        <w:t xml:space="preserve">     □ Women's Open Team (2 players) / </w:t>
      </w:r>
      <w:r>
        <w:t>女子公开组团体（</w:t>
      </w:r>
      <w:r>
        <w:t>2</w:t>
      </w:r>
      <w:r>
        <w:t>名棋手）</w:t>
      </w:r>
    </w:p>
    <w:p w14:paraId="716328E6" w14:textId="77777777" w:rsidR="00EF057C" w:rsidRDefault="000B41D9">
      <w:pPr>
        <w:keepNext/>
        <w:spacing w:before="30" w:after="30" w:line="228" w:lineRule="auto"/>
      </w:pPr>
      <w:r>
        <w:rPr>
          <w:b/>
          <w:color w:val="17365D"/>
          <w:sz w:val="18"/>
        </w:rPr>
        <w:t xml:space="preserve">Men's Open Team Category (3 players) / </w:t>
      </w:r>
      <w:r>
        <w:rPr>
          <w:b/>
          <w:color w:val="17365D"/>
          <w:sz w:val="18"/>
        </w:rPr>
        <w:t>男子公开组团体（</w:t>
      </w:r>
      <w:r>
        <w:rPr>
          <w:b/>
          <w:color w:val="17365D"/>
          <w:sz w:val="18"/>
        </w:rPr>
        <w:t>3</w:t>
      </w:r>
      <w:r>
        <w:rPr>
          <w:b/>
          <w:color w:val="17365D"/>
          <w:sz w:val="18"/>
        </w:rPr>
        <w:t>名棋手）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65"/>
        <w:gridCol w:w="2353"/>
        <w:gridCol w:w="2353"/>
        <w:gridCol w:w="1701"/>
        <w:gridCol w:w="2324"/>
        <w:gridCol w:w="1530"/>
        <w:gridCol w:w="2778"/>
      </w:tblGrid>
      <w:tr w:rsidR="00EF057C" w14:paraId="641CCDBA" w14:textId="77777777">
        <w:trPr>
          <w:tblHeader/>
          <w:jc w:val="center"/>
        </w:trPr>
        <w:tc>
          <w:tcPr>
            <w:tcW w:w="7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D9E4F2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0424F891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4"/>
              </w:rPr>
              <w:t>Player</w:t>
            </w:r>
            <w:r>
              <w:br/>
            </w:r>
            <w:r>
              <w:rPr>
                <w:b/>
                <w:sz w:val="14"/>
              </w:rPr>
              <w:t>棋手</w:t>
            </w:r>
          </w:p>
        </w:tc>
        <w:tc>
          <w:tcPr>
            <w:tcW w:w="235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D9E4F2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196093A4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4"/>
              </w:rPr>
              <w:t>Name (English)</w:t>
            </w:r>
            <w:r>
              <w:br/>
            </w:r>
            <w:r>
              <w:rPr>
                <w:b/>
                <w:sz w:val="14"/>
              </w:rPr>
              <w:t>英文姓名</w:t>
            </w:r>
          </w:p>
        </w:tc>
        <w:tc>
          <w:tcPr>
            <w:tcW w:w="235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D9E4F2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290CC090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4"/>
              </w:rPr>
              <w:t>Name (Chinese)</w:t>
            </w:r>
            <w:r>
              <w:br/>
            </w:r>
            <w:r>
              <w:rPr>
                <w:b/>
                <w:sz w:val="14"/>
              </w:rPr>
              <w:t>中文姓名</w:t>
            </w:r>
          </w:p>
        </w:tc>
        <w:tc>
          <w:tcPr>
            <w:tcW w:w="170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D9E4F2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694420D0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4"/>
              </w:rPr>
              <w:t>Gender (M/F)</w:t>
            </w:r>
            <w:r>
              <w:br/>
            </w:r>
            <w:r>
              <w:rPr>
                <w:b/>
                <w:sz w:val="14"/>
              </w:rPr>
              <w:t>性别（男</w:t>
            </w:r>
            <w:r>
              <w:rPr>
                <w:b/>
                <w:sz w:val="14"/>
              </w:rPr>
              <w:t>/</w:t>
            </w:r>
            <w:r>
              <w:rPr>
                <w:b/>
                <w:sz w:val="14"/>
              </w:rPr>
              <w:t>女）</w:t>
            </w:r>
          </w:p>
        </w:tc>
        <w:tc>
          <w:tcPr>
            <w:tcW w:w="232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D9E4F2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75ABB6DB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4"/>
              </w:rPr>
              <w:t>Grade</w:t>
            </w:r>
            <w:r>
              <w:br/>
            </w:r>
            <w:r>
              <w:rPr>
                <w:b/>
                <w:sz w:val="14"/>
              </w:rPr>
              <w:t>棋手等级</w:t>
            </w:r>
            <w:r>
              <w:rPr>
                <w:b/>
                <w:sz w:val="14"/>
              </w:rPr>
              <w:br/>
            </w:r>
            <w:r>
              <w:rPr>
                <w:b/>
                <w:sz w:val="14"/>
              </w:rPr>
              <w:t>大师</w:t>
            </w:r>
            <w:r>
              <w:rPr>
                <w:b/>
                <w:sz w:val="14"/>
              </w:rPr>
              <w:t>/</w:t>
            </w:r>
            <w:r>
              <w:rPr>
                <w:b/>
                <w:sz w:val="14"/>
              </w:rPr>
              <w:t>甲级</w:t>
            </w:r>
            <w:r>
              <w:rPr>
                <w:b/>
                <w:sz w:val="14"/>
              </w:rPr>
              <w:t>/</w:t>
            </w:r>
            <w:r>
              <w:rPr>
                <w:b/>
                <w:sz w:val="14"/>
              </w:rPr>
              <w:t>乙级</w:t>
            </w:r>
            <w:r>
              <w:rPr>
                <w:b/>
                <w:sz w:val="14"/>
              </w:rPr>
              <w:t>/</w:t>
            </w:r>
            <w:r>
              <w:rPr>
                <w:b/>
                <w:sz w:val="14"/>
              </w:rPr>
              <w:t>无级</w:t>
            </w:r>
          </w:p>
        </w:tc>
        <w:tc>
          <w:tcPr>
            <w:tcW w:w="153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D9E4F2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5792F3F5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4"/>
              </w:rPr>
              <w:t>Rating</w:t>
            </w:r>
            <w:r>
              <w:br/>
            </w:r>
            <w:r>
              <w:rPr>
                <w:b/>
                <w:sz w:val="14"/>
              </w:rPr>
              <w:t>等级分</w:t>
            </w:r>
          </w:p>
        </w:tc>
        <w:tc>
          <w:tcPr>
            <w:tcW w:w="27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D9E4F2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3BA5D658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4"/>
              </w:rPr>
              <w:t>Non-Chinese/Vietnamese</w:t>
            </w:r>
            <w:r>
              <w:rPr>
                <w:b/>
                <w:sz w:val="14"/>
              </w:rPr>
              <w:br/>
              <w:t>Descent (Y/N)</w:t>
            </w:r>
            <w:r>
              <w:br/>
            </w:r>
            <w:r>
              <w:rPr>
                <w:b/>
                <w:sz w:val="14"/>
              </w:rPr>
              <w:t>非华裔或越裔（是</w:t>
            </w:r>
            <w:r>
              <w:rPr>
                <w:b/>
                <w:sz w:val="14"/>
              </w:rPr>
              <w:t>/</w:t>
            </w:r>
            <w:r>
              <w:rPr>
                <w:b/>
                <w:sz w:val="14"/>
              </w:rPr>
              <w:t>否）</w:t>
            </w:r>
          </w:p>
        </w:tc>
      </w:tr>
      <w:tr w:rsidR="00EF057C" w14:paraId="395CFFA3" w14:textId="77777777">
        <w:trPr>
          <w:cantSplit/>
          <w:jc w:val="center"/>
        </w:trPr>
        <w:tc>
          <w:tcPr>
            <w:tcW w:w="765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400D37A8" w14:textId="77777777" w:rsidR="00EF057C" w:rsidRDefault="000B41D9">
            <w:pPr>
              <w:spacing w:after="0" w:line="216" w:lineRule="auto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353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561CEEC3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2353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2F009AAA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1701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453A2DD8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2324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63FD9940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1530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12ED07AA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2778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2A4BCF50" w14:textId="77777777" w:rsidR="00EF057C" w:rsidRDefault="00EF057C">
            <w:pPr>
              <w:spacing w:after="0" w:line="216" w:lineRule="auto"/>
              <w:jc w:val="center"/>
            </w:pPr>
          </w:p>
        </w:tc>
      </w:tr>
      <w:tr w:rsidR="00EF057C" w14:paraId="6924A3A3" w14:textId="77777777">
        <w:trPr>
          <w:cantSplit/>
          <w:jc w:val="center"/>
        </w:trPr>
        <w:tc>
          <w:tcPr>
            <w:tcW w:w="765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FC7E64F" w14:textId="77777777" w:rsidR="00EF057C" w:rsidRDefault="000B41D9">
            <w:pPr>
              <w:spacing w:after="0" w:line="216" w:lineRule="auto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353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72DB3339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2353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5E48F955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1701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09213D0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2324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6F0ED58C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1530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27234489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2778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0F090C2C" w14:textId="77777777" w:rsidR="00EF057C" w:rsidRDefault="00EF057C">
            <w:pPr>
              <w:spacing w:after="0" w:line="216" w:lineRule="auto"/>
              <w:jc w:val="center"/>
            </w:pPr>
          </w:p>
        </w:tc>
      </w:tr>
      <w:tr w:rsidR="00EF057C" w14:paraId="22ED9DB0" w14:textId="77777777">
        <w:trPr>
          <w:cantSplit/>
          <w:jc w:val="center"/>
        </w:trPr>
        <w:tc>
          <w:tcPr>
            <w:tcW w:w="765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DA69223" w14:textId="77777777" w:rsidR="00EF057C" w:rsidRDefault="000B41D9">
            <w:pPr>
              <w:spacing w:after="0" w:line="216" w:lineRule="auto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353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A410E19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2353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6CC6B690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1701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1E569838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2324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7B1A5104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1530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BA2FAE4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2778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767FE127" w14:textId="77777777" w:rsidR="00EF057C" w:rsidRDefault="00EF057C">
            <w:pPr>
              <w:spacing w:after="0" w:line="216" w:lineRule="auto"/>
              <w:jc w:val="center"/>
            </w:pPr>
          </w:p>
        </w:tc>
      </w:tr>
    </w:tbl>
    <w:p w14:paraId="10C740FB" w14:textId="77777777" w:rsidR="00EF057C" w:rsidRDefault="000B41D9">
      <w:pPr>
        <w:keepNext/>
        <w:spacing w:before="30" w:after="30" w:line="228" w:lineRule="auto"/>
      </w:pPr>
      <w:r>
        <w:rPr>
          <w:b/>
          <w:color w:val="17365D"/>
          <w:sz w:val="18"/>
        </w:rPr>
        <w:t xml:space="preserve">Women's Open Team Category (2 players) / </w:t>
      </w:r>
      <w:r>
        <w:rPr>
          <w:b/>
          <w:color w:val="17365D"/>
          <w:sz w:val="18"/>
        </w:rPr>
        <w:t>女子公开组团体（</w:t>
      </w:r>
      <w:r>
        <w:rPr>
          <w:b/>
          <w:color w:val="17365D"/>
          <w:sz w:val="18"/>
        </w:rPr>
        <w:t>2</w:t>
      </w:r>
      <w:r>
        <w:rPr>
          <w:b/>
          <w:color w:val="17365D"/>
          <w:sz w:val="18"/>
        </w:rPr>
        <w:t>名棋手）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65"/>
        <w:gridCol w:w="2353"/>
        <w:gridCol w:w="2353"/>
        <w:gridCol w:w="1701"/>
        <w:gridCol w:w="2324"/>
        <w:gridCol w:w="1530"/>
        <w:gridCol w:w="2778"/>
      </w:tblGrid>
      <w:tr w:rsidR="00EF057C" w14:paraId="232D206E" w14:textId="77777777">
        <w:trPr>
          <w:tblHeader/>
          <w:jc w:val="center"/>
        </w:trPr>
        <w:tc>
          <w:tcPr>
            <w:tcW w:w="7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D9E4F2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4714A112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4"/>
              </w:rPr>
              <w:t>Player</w:t>
            </w:r>
            <w:r>
              <w:br/>
            </w:r>
            <w:r>
              <w:rPr>
                <w:b/>
                <w:sz w:val="14"/>
              </w:rPr>
              <w:t>棋手</w:t>
            </w:r>
          </w:p>
        </w:tc>
        <w:tc>
          <w:tcPr>
            <w:tcW w:w="235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D9E4F2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7D73F8BE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4"/>
              </w:rPr>
              <w:t>Name (English)</w:t>
            </w:r>
            <w:r>
              <w:br/>
            </w:r>
            <w:r>
              <w:rPr>
                <w:b/>
                <w:sz w:val="14"/>
              </w:rPr>
              <w:t>英文姓名</w:t>
            </w:r>
          </w:p>
        </w:tc>
        <w:tc>
          <w:tcPr>
            <w:tcW w:w="235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D9E4F2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651A7C9E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4"/>
              </w:rPr>
              <w:t>Name (Chinese)</w:t>
            </w:r>
            <w:r>
              <w:br/>
            </w:r>
            <w:r>
              <w:rPr>
                <w:b/>
                <w:sz w:val="14"/>
              </w:rPr>
              <w:t>中文姓名</w:t>
            </w:r>
          </w:p>
        </w:tc>
        <w:tc>
          <w:tcPr>
            <w:tcW w:w="170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D9E4F2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442BB34F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4"/>
              </w:rPr>
              <w:t>Gender (M/F)</w:t>
            </w:r>
            <w:r>
              <w:br/>
            </w:r>
            <w:r>
              <w:rPr>
                <w:b/>
                <w:sz w:val="14"/>
              </w:rPr>
              <w:t>性别（男</w:t>
            </w:r>
            <w:r>
              <w:rPr>
                <w:b/>
                <w:sz w:val="14"/>
              </w:rPr>
              <w:t>/</w:t>
            </w:r>
            <w:r>
              <w:rPr>
                <w:b/>
                <w:sz w:val="14"/>
              </w:rPr>
              <w:t>女）</w:t>
            </w:r>
          </w:p>
        </w:tc>
        <w:tc>
          <w:tcPr>
            <w:tcW w:w="232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D9E4F2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5B8AA57B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4"/>
              </w:rPr>
              <w:t>Grade</w:t>
            </w:r>
            <w:r>
              <w:br/>
            </w:r>
            <w:r>
              <w:rPr>
                <w:b/>
                <w:sz w:val="14"/>
              </w:rPr>
              <w:t>棋手等级</w:t>
            </w:r>
            <w:r>
              <w:rPr>
                <w:b/>
                <w:sz w:val="14"/>
              </w:rPr>
              <w:br/>
            </w:r>
            <w:r>
              <w:rPr>
                <w:b/>
                <w:sz w:val="14"/>
              </w:rPr>
              <w:t>大师</w:t>
            </w:r>
            <w:r>
              <w:rPr>
                <w:b/>
                <w:sz w:val="14"/>
              </w:rPr>
              <w:t>/</w:t>
            </w:r>
            <w:r>
              <w:rPr>
                <w:b/>
                <w:sz w:val="14"/>
              </w:rPr>
              <w:t>甲级</w:t>
            </w:r>
            <w:r>
              <w:rPr>
                <w:b/>
                <w:sz w:val="14"/>
              </w:rPr>
              <w:t>/</w:t>
            </w:r>
            <w:r>
              <w:rPr>
                <w:b/>
                <w:sz w:val="14"/>
              </w:rPr>
              <w:t>乙级</w:t>
            </w:r>
            <w:r>
              <w:rPr>
                <w:b/>
                <w:sz w:val="14"/>
              </w:rPr>
              <w:t>/</w:t>
            </w:r>
            <w:r>
              <w:rPr>
                <w:b/>
                <w:sz w:val="14"/>
              </w:rPr>
              <w:t>无级</w:t>
            </w:r>
          </w:p>
        </w:tc>
        <w:tc>
          <w:tcPr>
            <w:tcW w:w="153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D9E4F2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70FB39F8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4"/>
              </w:rPr>
              <w:t>Rating</w:t>
            </w:r>
            <w:r>
              <w:br/>
            </w:r>
            <w:r>
              <w:rPr>
                <w:b/>
                <w:sz w:val="14"/>
              </w:rPr>
              <w:t>等级分</w:t>
            </w:r>
          </w:p>
        </w:tc>
        <w:tc>
          <w:tcPr>
            <w:tcW w:w="27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D9E4F2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70EBDA93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4"/>
              </w:rPr>
              <w:t>Non-Chinese/Vietnamese</w:t>
            </w:r>
            <w:r>
              <w:rPr>
                <w:b/>
                <w:sz w:val="14"/>
              </w:rPr>
              <w:br/>
              <w:t>Descent (Y/N)</w:t>
            </w:r>
            <w:r>
              <w:br/>
            </w:r>
            <w:r>
              <w:rPr>
                <w:b/>
                <w:sz w:val="14"/>
              </w:rPr>
              <w:t>非华裔或越裔（是</w:t>
            </w:r>
            <w:r>
              <w:rPr>
                <w:b/>
                <w:sz w:val="14"/>
              </w:rPr>
              <w:t>/</w:t>
            </w:r>
            <w:r>
              <w:rPr>
                <w:b/>
                <w:sz w:val="14"/>
              </w:rPr>
              <w:t>否）</w:t>
            </w:r>
          </w:p>
        </w:tc>
      </w:tr>
      <w:tr w:rsidR="00EF057C" w14:paraId="531BD7C2" w14:textId="77777777">
        <w:trPr>
          <w:cantSplit/>
          <w:jc w:val="center"/>
        </w:trPr>
        <w:tc>
          <w:tcPr>
            <w:tcW w:w="765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1541EC83" w14:textId="77777777" w:rsidR="00EF057C" w:rsidRDefault="000B41D9">
            <w:pPr>
              <w:spacing w:after="0" w:line="216" w:lineRule="auto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353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1D1B1B2F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2353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3EE9964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1701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637F5776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2324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274B244F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1530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08BCA765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2778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486E861D" w14:textId="77777777" w:rsidR="00EF057C" w:rsidRDefault="00EF057C">
            <w:pPr>
              <w:spacing w:after="0" w:line="216" w:lineRule="auto"/>
              <w:jc w:val="center"/>
            </w:pPr>
          </w:p>
        </w:tc>
      </w:tr>
      <w:tr w:rsidR="00EF057C" w14:paraId="669E759F" w14:textId="77777777">
        <w:trPr>
          <w:cantSplit/>
          <w:jc w:val="center"/>
        </w:trPr>
        <w:tc>
          <w:tcPr>
            <w:tcW w:w="765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6E31036B" w14:textId="77777777" w:rsidR="00EF057C" w:rsidRDefault="000B41D9">
            <w:pPr>
              <w:spacing w:after="0" w:line="216" w:lineRule="auto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353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695D06D2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2353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0DB964F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1701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73221D60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2324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7ECDF36B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1530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E004057" w14:textId="77777777" w:rsidR="00EF057C" w:rsidRDefault="00EF057C">
            <w:pPr>
              <w:spacing w:after="0" w:line="216" w:lineRule="auto"/>
              <w:jc w:val="center"/>
            </w:pPr>
          </w:p>
        </w:tc>
        <w:tc>
          <w:tcPr>
            <w:tcW w:w="2778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2AB115CF" w14:textId="77777777" w:rsidR="00EF057C" w:rsidRDefault="00EF057C">
            <w:pPr>
              <w:spacing w:after="0" w:line="216" w:lineRule="auto"/>
              <w:jc w:val="center"/>
            </w:pPr>
          </w:p>
        </w:tc>
      </w:tr>
    </w:tbl>
    <w:p w14:paraId="68134347" w14:textId="77777777" w:rsidR="00EF057C" w:rsidRDefault="000B41D9">
      <w:pPr>
        <w:keepNext/>
        <w:spacing w:before="40" w:after="30" w:line="228" w:lineRule="auto"/>
      </w:pPr>
      <w:r>
        <w:rPr>
          <w:b/>
          <w:color w:val="17365D"/>
          <w:sz w:val="18"/>
        </w:rPr>
        <w:t xml:space="preserve">DECLARATION / </w:t>
      </w:r>
      <w:r>
        <w:rPr>
          <w:b/>
          <w:color w:val="17365D"/>
          <w:sz w:val="18"/>
        </w:rPr>
        <w:t>声明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6"/>
        <w:gridCol w:w="2410"/>
        <w:gridCol w:w="2806"/>
        <w:gridCol w:w="4820"/>
        <w:gridCol w:w="15"/>
      </w:tblGrid>
      <w:tr w:rsidR="00EF057C" w14:paraId="0A29EC93" w14:textId="77777777">
        <w:trPr>
          <w:gridAfter w:val="1"/>
          <w:wAfter w:w="15" w:type="dxa"/>
          <w:jc w:val="center"/>
        </w:trPr>
        <w:tc>
          <w:tcPr>
            <w:tcW w:w="7626" w:type="dxa"/>
            <w:gridSpan w:val="2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shd w:val="clear" w:color="auto" w:fill="F3F6F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608F7EC" w14:textId="77777777" w:rsidR="00EF057C" w:rsidRDefault="000B41D9">
            <w:pPr>
              <w:spacing w:after="0" w:line="218" w:lineRule="auto"/>
            </w:pPr>
            <w:r>
              <w:rPr>
                <w:sz w:val="15"/>
              </w:rPr>
              <w:t>By signing and submitting this form, we confirm and agree that: (1) no changes to the names of the registered team players will be permitted after submission; (2) all players listed in this form have committed to participate in the selection test, if required. Details of any selection test will be announced at a later date; and (3) we acknowledge that the registration fee for the World Xiangqi Men's Open Team Tournament is US$200 per team, while the registration fee for the Women's Open Team Tournament is U</w:t>
            </w:r>
            <w:r>
              <w:rPr>
                <w:sz w:val="15"/>
              </w:rPr>
              <w:t>S$100 per team.</w:t>
            </w:r>
          </w:p>
        </w:tc>
        <w:tc>
          <w:tcPr>
            <w:tcW w:w="7626" w:type="dxa"/>
            <w:gridSpan w:val="2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shd w:val="clear" w:color="auto" w:fill="F3F6F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11BFF9C" w14:textId="77777777" w:rsidR="00EF057C" w:rsidRDefault="000B41D9">
            <w:pPr>
              <w:spacing w:after="0" w:line="218" w:lineRule="auto"/>
            </w:pPr>
            <w:r>
              <w:rPr>
                <w:sz w:val="15"/>
              </w:rPr>
              <w:t>签署并提交本表格，即表示本队确认并同意：（</w:t>
            </w:r>
            <w:r>
              <w:rPr>
                <w:sz w:val="15"/>
              </w:rPr>
              <w:t>1</w:t>
            </w:r>
            <w:r>
              <w:rPr>
                <w:sz w:val="15"/>
              </w:rPr>
              <w:t>）本表格提交后，已报名队员名单不得更改；（</w:t>
            </w:r>
            <w:r>
              <w:rPr>
                <w:sz w:val="15"/>
              </w:rPr>
              <w:t>2</w:t>
            </w:r>
            <w:r>
              <w:rPr>
                <w:sz w:val="15"/>
              </w:rPr>
              <w:t>）本表所列全体队员均已承诺，如有需要，将参加选拔赛。若须举行选拔赛，相关详情将于稍后公布；以及（</w:t>
            </w:r>
            <w:r>
              <w:rPr>
                <w:sz w:val="15"/>
              </w:rPr>
              <w:t>3</w:t>
            </w:r>
            <w:r>
              <w:rPr>
                <w:sz w:val="15"/>
              </w:rPr>
              <w:t>）本队知悉，世界象棋男子公开组团体赛报名费为每队</w:t>
            </w:r>
            <w:r>
              <w:rPr>
                <w:sz w:val="15"/>
              </w:rPr>
              <w:t>200</w:t>
            </w:r>
            <w:r>
              <w:rPr>
                <w:sz w:val="15"/>
              </w:rPr>
              <w:t>美元，女子公开组团体赛报名费为每队</w:t>
            </w:r>
            <w:r>
              <w:rPr>
                <w:sz w:val="15"/>
              </w:rPr>
              <w:t>100</w:t>
            </w:r>
            <w:r>
              <w:rPr>
                <w:sz w:val="15"/>
              </w:rPr>
              <w:t>美元。</w:t>
            </w:r>
          </w:p>
        </w:tc>
      </w:tr>
      <w:tr w:rsidR="00EF057C" w14:paraId="32CAF4D1" w14:textId="77777777">
        <w:trPr>
          <w:jc w:val="center"/>
        </w:trPr>
        <w:tc>
          <w:tcPr>
            <w:tcW w:w="5216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shd w:val="clear" w:color="auto" w:fill="E7E6E6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05658245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5"/>
              </w:rPr>
              <w:t>Name of Team Representative</w:t>
            </w:r>
            <w:r>
              <w:br/>
            </w:r>
            <w:r>
              <w:rPr>
                <w:b/>
                <w:sz w:val="15"/>
              </w:rPr>
              <w:t>队伍代表姓名</w:t>
            </w:r>
          </w:p>
        </w:tc>
        <w:tc>
          <w:tcPr>
            <w:tcW w:w="5216" w:type="dxa"/>
            <w:gridSpan w:val="2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shd w:val="clear" w:color="auto" w:fill="E7E6E6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224353C1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5"/>
              </w:rPr>
              <w:t>Signature</w:t>
            </w:r>
            <w:r>
              <w:br/>
            </w:r>
            <w:r>
              <w:rPr>
                <w:b/>
                <w:sz w:val="15"/>
              </w:rPr>
              <w:t>签名</w:t>
            </w:r>
          </w:p>
        </w:tc>
        <w:tc>
          <w:tcPr>
            <w:tcW w:w="4819" w:type="dxa"/>
            <w:gridSpan w:val="2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shd w:val="clear" w:color="auto" w:fill="E7E6E6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0BF0DFEB" w14:textId="77777777" w:rsidR="00EF057C" w:rsidRDefault="000B41D9">
            <w:pPr>
              <w:spacing w:after="0" w:line="228" w:lineRule="auto"/>
              <w:jc w:val="center"/>
            </w:pPr>
            <w:r>
              <w:rPr>
                <w:b/>
                <w:sz w:val="15"/>
              </w:rPr>
              <w:t>Date</w:t>
            </w:r>
            <w:r>
              <w:br/>
            </w:r>
            <w:r>
              <w:rPr>
                <w:b/>
                <w:sz w:val="15"/>
              </w:rPr>
              <w:t>日期</w:t>
            </w:r>
          </w:p>
        </w:tc>
      </w:tr>
      <w:tr w:rsidR="00EF057C" w14:paraId="25C1092D" w14:textId="77777777">
        <w:trPr>
          <w:jc w:val="center"/>
        </w:trPr>
        <w:tc>
          <w:tcPr>
            <w:tcW w:w="5216" w:type="dxa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100" w:type="dxa"/>
              <w:left w:w="50" w:type="dxa"/>
              <w:bottom w:w="100" w:type="dxa"/>
              <w:right w:w="50" w:type="dxa"/>
            </w:tcMar>
          </w:tcPr>
          <w:p w14:paraId="2F1EC37A" w14:textId="77777777" w:rsidR="00EF057C" w:rsidRDefault="000B41D9">
            <w:r>
              <w:br/>
            </w:r>
          </w:p>
        </w:tc>
        <w:tc>
          <w:tcPr>
            <w:tcW w:w="5216" w:type="dxa"/>
            <w:gridSpan w:val="2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100" w:type="dxa"/>
              <w:left w:w="50" w:type="dxa"/>
              <w:bottom w:w="100" w:type="dxa"/>
              <w:right w:w="50" w:type="dxa"/>
            </w:tcMar>
          </w:tcPr>
          <w:p w14:paraId="4A3DF916" w14:textId="77777777" w:rsidR="00EF057C" w:rsidRDefault="000B41D9">
            <w:r>
              <w:br/>
            </w:r>
          </w:p>
        </w:tc>
        <w:tc>
          <w:tcPr>
            <w:tcW w:w="4819" w:type="dxa"/>
            <w:gridSpan w:val="2"/>
            <w:tcBorders>
              <w:top w:val="single" w:sz="5" w:space="0" w:color="7F8C9A"/>
              <w:left w:val="single" w:sz="5" w:space="0" w:color="7F8C9A"/>
              <w:bottom w:val="single" w:sz="5" w:space="0" w:color="7F8C9A"/>
              <w:right w:val="single" w:sz="5" w:space="0" w:color="7F8C9A"/>
            </w:tcBorders>
            <w:tcMar>
              <w:top w:w="100" w:type="dxa"/>
              <w:left w:w="50" w:type="dxa"/>
              <w:bottom w:w="100" w:type="dxa"/>
              <w:right w:w="50" w:type="dxa"/>
            </w:tcMar>
          </w:tcPr>
          <w:p w14:paraId="46898BB2" w14:textId="77777777" w:rsidR="00EF057C" w:rsidRDefault="000B41D9">
            <w:r>
              <w:br/>
            </w:r>
          </w:p>
        </w:tc>
      </w:tr>
    </w:tbl>
    <w:p w14:paraId="7989D132" w14:textId="77777777" w:rsidR="00EF057C" w:rsidRDefault="000B41D9">
      <w:pPr>
        <w:spacing w:before="30" w:after="0" w:line="216" w:lineRule="auto"/>
        <w:jc w:val="center"/>
      </w:pPr>
      <w:r>
        <w:rPr>
          <w:color w:val="505050"/>
          <w:sz w:val="14"/>
        </w:rPr>
        <w:t xml:space="preserve">Please retain a copy of the completed form for your records. / </w:t>
      </w:r>
      <w:r>
        <w:rPr>
          <w:color w:val="505050"/>
          <w:sz w:val="14"/>
        </w:rPr>
        <w:t>请自行保留已填写表格副本。</w:t>
      </w:r>
    </w:p>
    <w:sectPr w:rsidR="00EF057C" w:rsidSect="00034616">
      <w:pgSz w:w="16838" w:h="11906" w:orient="landscape"/>
      <w:pgMar w:top="425" w:right="454" w:bottom="369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6256023">
    <w:abstractNumId w:val="8"/>
  </w:num>
  <w:num w:numId="2" w16cid:durableId="696807279">
    <w:abstractNumId w:val="6"/>
  </w:num>
  <w:num w:numId="3" w16cid:durableId="314259406">
    <w:abstractNumId w:val="5"/>
  </w:num>
  <w:num w:numId="4" w16cid:durableId="1969434260">
    <w:abstractNumId w:val="4"/>
  </w:num>
  <w:num w:numId="5" w16cid:durableId="1050763625">
    <w:abstractNumId w:val="7"/>
  </w:num>
  <w:num w:numId="6" w16cid:durableId="980693134">
    <w:abstractNumId w:val="3"/>
  </w:num>
  <w:num w:numId="7" w16cid:durableId="882594745">
    <w:abstractNumId w:val="2"/>
  </w:num>
  <w:num w:numId="8" w16cid:durableId="1688288338">
    <w:abstractNumId w:val="1"/>
  </w:num>
  <w:num w:numId="9" w16cid:durableId="612858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41D9"/>
    <w:rsid w:val="0015074B"/>
    <w:rsid w:val="0029639D"/>
    <w:rsid w:val="00326F90"/>
    <w:rsid w:val="00AA1D8D"/>
    <w:rsid w:val="00B47730"/>
    <w:rsid w:val="00CB0664"/>
    <w:rsid w:val="00CF1E61"/>
    <w:rsid w:val="00E02AF0"/>
    <w:rsid w:val="00E35E9D"/>
    <w:rsid w:val="00EF05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E66BA1"/>
  <w14:defaultImageDpi w14:val="300"/>
  <w15:docId w15:val="{910BA4CA-5C39-4B26-AA8B-AA788FA4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Noto Sans CJK SC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Jing Wen Kong</cp:lastModifiedBy>
  <cp:revision>2</cp:revision>
  <dcterms:created xsi:type="dcterms:W3CDTF">2026-08-23T12:56:00Z</dcterms:created>
  <dcterms:modified xsi:type="dcterms:W3CDTF">2026-08-23T12:56:00Z</dcterms:modified>
  <cp:category/>
</cp:coreProperties>
</file>